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5FF57" w14:textId="77777777" w:rsidR="001D39D8" w:rsidRPr="00745A98" w:rsidRDefault="00000000" w:rsidP="00745A98">
      <w:pPr>
        <w:bidi/>
        <w:jc w:val="center"/>
        <w:rPr>
          <w:rFonts w:asciiTheme="majorHAnsi" w:hAnsiTheme="majorHAnsi" w:cstheme="majorHAnsi"/>
          <w:sz w:val="48"/>
          <w:szCs w:val="48"/>
        </w:rPr>
      </w:pPr>
      <w:r w:rsidRPr="00745A98">
        <w:rPr>
          <w:rFonts w:asciiTheme="majorHAnsi" w:hAnsiTheme="majorHAnsi" w:cstheme="majorHAnsi"/>
          <w:b/>
          <w:sz w:val="48"/>
          <w:szCs w:val="48"/>
        </w:rPr>
        <w:t>تصريح بالشرف بعدم العمل</w:t>
      </w:r>
    </w:p>
    <w:p w14:paraId="12B160AF" w14:textId="77777777" w:rsidR="007C1507" w:rsidRPr="007C1507" w:rsidRDefault="007C1507" w:rsidP="00BF1F38">
      <w:pPr>
        <w:ind w:right="-7"/>
        <w:jc w:val="right"/>
        <w:rPr>
          <w:rFonts w:asciiTheme="majorHAnsi" w:hAnsiTheme="majorHAnsi" w:cstheme="majorHAnsi"/>
          <w:sz w:val="40"/>
          <w:szCs w:val="40"/>
        </w:rPr>
      </w:pPr>
    </w:p>
    <w:p w14:paraId="39D6D644" w14:textId="1FC37EE1" w:rsidR="007C1507" w:rsidRPr="00745A98" w:rsidRDefault="00000000" w:rsidP="00745A98">
      <w:pPr>
        <w:tabs>
          <w:tab w:val="right" w:pos="5521"/>
        </w:tabs>
        <w:bidi/>
        <w:ind w:left="-7" w:right="-7"/>
        <w:rPr>
          <w:rFonts w:asciiTheme="majorBidi" w:hAnsiTheme="majorBidi" w:cstheme="majorBidi"/>
          <w:sz w:val="40"/>
          <w:szCs w:val="40"/>
          <w:rtl/>
        </w:rPr>
      </w:pPr>
      <w:proofErr w:type="spellStart"/>
      <w:r w:rsidRPr="00745A98">
        <w:rPr>
          <w:rFonts w:asciiTheme="majorBidi" w:hAnsiTheme="majorBidi" w:cstheme="majorBidi"/>
          <w:sz w:val="40"/>
          <w:szCs w:val="40"/>
        </w:rPr>
        <w:t>أنا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ا</w:t>
      </w:r>
      <w:r w:rsidR="00533A4A">
        <w:rPr>
          <w:rFonts w:asciiTheme="majorBidi" w:hAnsiTheme="majorBidi" w:cstheme="majorBidi" w:hint="cs"/>
          <w:sz w:val="40"/>
          <w:szCs w:val="40"/>
          <w:rtl/>
        </w:rPr>
        <w:t>ل</w:t>
      </w:r>
      <w:r w:rsidR="00745A98">
        <w:rPr>
          <w:rFonts w:asciiTheme="majorBidi" w:hAnsiTheme="majorBidi" w:cstheme="majorBidi" w:hint="cs"/>
          <w:sz w:val="40"/>
          <w:szCs w:val="40"/>
          <w:rtl/>
        </w:rPr>
        <w:t>م</w:t>
      </w:r>
      <w:r w:rsidR="007C1507" w:rsidRPr="00745A98">
        <w:rPr>
          <w:rFonts w:asciiTheme="majorBidi" w:hAnsiTheme="majorBidi" w:cstheme="majorBidi"/>
          <w:sz w:val="40"/>
          <w:szCs w:val="40"/>
          <w:rtl/>
        </w:rPr>
        <w:t xml:space="preserve">وقع (ة) </w:t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>أسفله</w:t>
      </w:r>
      <w:r w:rsidR="00BF1F38" w:rsidRPr="00745A98">
        <w:rPr>
          <w:rFonts w:asciiTheme="majorBidi" w:hAnsiTheme="majorBidi" w:cstheme="majorBidi"/>
          <w:sz w:val="40"/>
          <w:szCs w:val="40"/>
        </w:rPr>
        <w:t xml:space="preserve"> </w:t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>السيد</w:t>
      </w:r>
      <w:r w:rsidR="007C1507" w:rsidRPr="00745A98">
        <w:rPr>
          <w:rFonts w:asciiTheme="majorBidi" w:hAnsiTheme="majorBidi" w:cstheme="majorBidi"/>
          <w:sz w:val="40"/>
          <w:szCs w:val="40"/>
          <w:rtl/>
        </w:rPr>
        <w:t xml:space="preserve"> (ة)</w:t>
      </w:r>
      <w:r w:rsidR="007C1507" w:rsidRPr="00745A98">
        <w:rPr>
          <w:rFonts w:asciiTheme="majorBidi" w:hAnsiTheme="majorBidi" w:cstheme="majorBidi"/>
          <w:sz w:val="40"/>
          <w:szCs w:val="40"/>
        </w:rPr>
        <w:t>:</w:t>
      </w:r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</w:p>
    <w:p w14:paraId="01E6CD7E" w14:textId="77777777" w:rsidR="007C1507" w:rsidRPr="00745A98" w:rsidRDefault="00BF1F38" w:rsidP="00745A98">
      <w:pPr>
        <w:tabs>
          <w:tab w:val="right" w:pos="5521"/>
        </w:tabs>
        <w:bidi/>
        <w:ind w:left="-7" w:right="-7"/>
        <w:rPr>
          <w:rFonts w:asciiTheme="majorBidi" w:hAnsiTheme="majorBidi" w:cstheme="majorBidi"/>
          <w:sz w:val="40"/>
          <w:szCs w:val="40"/>
          <w:rtl/>
        </w:rPr>
      </w:pPr>
      <w:r w:rsidRPr="00745A98">
        <w:rPr>
          <w:rFonts w:asciiTheme="majorBidi" w:hAnsiTheme="majorBidi" w:cstheme="majorBidi"/>
          <w:sz w:val="40"/>
          <w:szCs w:val="40"/>
          <w:rtl/>
        </w:rPr>
        <w:t>.................................................................................</w:t>
      </w:r>
    </w:p>
    <w:p w14:paraId="0E6605A3" w14:textId="14AA023F" w:rsidR="007C1507" w:rsidRPr="00745A98" w:rsidRDefault="007C1507" w:rsidP="00745A98">
      <w:pPr>
        <w:tabs>
          <w:tab w:val="right" w:pos="5521"/>
        </w:tabs>
        <w:bidi/>
        <w:ind w:left="-7" w:right="-7"/>
        <w:rPr>
          <w:rFonts w:asciiTheme="majorBidi" w:hAnsiTheme="majorBidi" w:cstheme="majorBidi"/>
          <w:sz w:val="40"/>
          <w:szCs w:val="40"/>
          <w:rtl/>
        </w:rPr>
      </w:pPr>
      <w:r w:rsidRPr="00745A98">
        <w:rPr>
          <w:rFonts w:asciiTheme="majorBidi" w:hAnsiTheme="majorBidi" w:cstheme="majorBidi"/>
          <w:sz w:val="40"/>
          <w:szCs w:val="40"/>
          <w:rtl/>
        </w:rPr>
        <w:t xml:space="preserve">المزداد (ة) </w:t>
      </w:r>
      <w:r w:rsidR="00245541" w:rsidRPr="00745A98">
        <w:rPr>
          <w:rFonts w:asciiTheme="majorBidi" w:hAnsiTheme="majorBidi" w:cstheme="majorBidi" w:hint="cs"/>
          <w:sz w:val="40"/>
          <w:szCs w:val="40"/>
          <w:rtl/>
        </w:rPr>
        <w:t>بتاريخ:</w:t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 xml:space="preserve"> ........................................................</w:t>
      </w:r>
    </w:p>
    <w:p w14:paraId="7AF2EDCB" w14:textId="4A9D06FA" w:rsidR="00BF1F38" w:rsidRPr="00745A98" w:rsidRDefault="007C1507" w:rsidP="00745A98">
      <w:pPr>
        <w:tabs>
          <w:tab w:val="right" w:pos="5521"/>
        </w:tabs>
        <w:bidi/>
        <w:ind w:left="-7" w:right="-7"/>
        <w:rPr>
          <w:rFonts w:asciiTheme="majorBidi" w:hAnsiTheme="majorBidi" w:cstheme="majorBidi"/>
          <w:sz w:val="40"/>
          <w:szCs w:val="40"/>
          <w:rtl/>
        </w:rPr>
      </w:pPr>
      <w:r w:rsidRPr="00745A98">
        <w:rPr>
          <w:rFonts w:asciiTheme="majorBidi" w:hAnsiTheme="majorBidi" w:cstheme="majorBidi"/>
          <w:sz w:val="40"/>
          <w:szCs w:val="40"/>
          <w:rtl/>
        </w:rPr>
        <w:t xml:space="preserve">الحامل (ة) لبطاقة التعريف الوطنية </w:t>
      </w:r>
      <w:r w:rsidR="00245541" w:rsidRPr="00745A98">
        <w:rPr>
          <w:rFonts w:asciiTheme="majorBidi" w:hAnsiTheme="majorBidi" w:cstheme="majorBidi" w:hint="cs"/>
          <w:sz w:val="40"/>
          <w:szCs w:val="40"/>
          <w:rtl/>
        </w:rPr>
        <w:t>رقم:</w:t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 xml:space="preserve"> .............................</w:t>
      </w:r>
      <w:r w:rsidRPr="00745A98">
        <w:rPr>
          <w:rFonts w:asciiTheme="majorBidi" w:hAnsiTheme="majorBidi" w:cstheme="majorBidi"/>
          <w:sz w:val="40"/>
          <w:szCs w:val="40"/>
        </w:rPr>
        <w:br/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 xml:space="preserve">الساكن (ة) </w:t>
      </w:r>
      <w:r w:rsidR="00245541" w:rsidRPr="00745A98">
        <w:rPr>
          <w:rFonts w:asciiTheme="majorBidi" w:hAnsiTheme="majorBidi" w:cstheme="majorBidi" w:hint="cs"/>
          <w:sz w:val="40"/>
          <w:szCs w:val="40"/>
          <w:rtl/>
        </w:rPr>
        <w:t>ب:</w:t>
      </w:r>
      <w:r w:rsidR="00BF1F38" w:rsidRPr="00745A98">
        <w:rPr>
          <w:rFonts w:asciiTheme="majorBidi" w:hAnsiTheme="majorBidi" w:cstheme="majorBidi"/>
          <w:sz w:val="40"/>
          <w:szCs w:val="40"/>
          <w:rtl/>
        </w:rPr>
        <w:t xml:space="preserve"> ................................................................ ........................................................... ........................</w:t>
      </w:r>
    </w:p>
    <w:p w14:paraId="1D92259B" w14:textId="65575658" w:rsidR="00445250" w:rsidRPr="00745A98" w:rsidRDefault="00745A98" w:rsidP="00533A4A">
      <w:pPr>
        <w:bidi/>
        <w:ind w:left="-7" w:right="-7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 w:hint="cs"/>
          <w:sz w:val="40"/>
          <w:szCs w:val="40"/>
          <w:rtl/>
        </w:rPr>
        <w:t>أصرح</w:t>
      </w:r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بشرفي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أنني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لا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أزاول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نشاط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مهني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،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ولا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أعمل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في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قطاع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عام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أو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خاص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،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ولا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أمارس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proofErr w:type="gramStart"/>
      <w:r w:rsidRPr="00745A98">
        <w:rPr>
          <w:rFonts w:asciiTheme="majorBidi" w:hAnsiTheme="majorBidi" w:cstheme="majorBidi"/>
          <w:sz w:val="40"/>
          <w:szCs w:val="40"/>
        </w:rPr>
        <w:t>أي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r>
        <w:rPr>
          <w:rFonts w:asciiTheme="majorBidi" w:hAnsiTheme="majorBidi" w:cstheme="majorBidi" w:hint="cs"/>
          <w:sz w:val="40"/>
          <w:szCs w:val="40"/>
          <w:rtl/>
        </w:rPr>
        <w:t xml:space="preserve"> </w:t>
      </w:r>
      <w:r w:rsidRPr="00745A98">
        <w:rPr>
          <w:rFonts w:asciiTheme="majorBidi" w:hAnsiTheme="majorBidi" w:cstheme="majorBidi"/>
          <w:sz w:val="40"/>
          <w:szCs w:val="40"/>
          <w:rtl/>
        </w:rPr>
        <w:t>عمل</w:t>
      </w:r>
      <w:proofErr w:type="gramEnd"/>
      <w:r>
        <w:rPr>
          <w:rFonts w:asciiTheme="majorBidi" w:hAnsiTheme="majorBidi" w:cstheme="majorBidi" w:hint="cs"/>
          <w:sz w:val="40"/>
          <w:szCs w:val="40"/>
          <w:rtl/>
        </w:rPr>
        <w:t xml:space="preserve"> </w:t>
      </w:r>
      <w:r w:rsidRPr="00745A98">
        <w:rPr>
          <w:rFonts w:asciiTheme="majorBidi" w:hAnsiTheme="majorBidi" w:cstheme="majorBidi"/>
          <w:sz w:val="40"/>
          <w:szCs w:val="40"/>
          <w:rtl/>
        </w:rPr>
        <w:t>حر</w:t>
      </w:r>
      <w:r>
        <w:rPr>
          <w:rFonts w:asciiTheme="majorBidi" w:hAnsiTheme="majorBidi" w:cstheme="majorBidi" w:hint="cs"/>
          <w:sz w:val="40"/>
          <w:szCs w:val="40"/>
          <w:rtl/>
        </w:rPr>
        <w:t xml:space="preserve"> مدر للدخل</w:t>
      </w:r>
      <w:r w:rsidRPr="00745A98">
        <w:rPr>
          <w:rFonts w:asciiTheme="majorBidi" w:hAnsiTheme="majorBidi" w:cstheme="majorBidi"/>
          <w:sz w:val="40"/>
          <w:szCs w:val="40"/>
        </w:rPr>
        <w:br/>
        <w:t>و</w:t>
      </w:r>
      <w:r w:rsidR="00533A4A">
        <w:rPr>
          <w:rFonts w:asciiTheme="majorBidi" w:hAnsiTheme="majorBidi" w:cstheme="majorBidi" w:hint="cs"/>
          <w:sz w:val="40"/>
          <w:szCs w:val="40"/>
          <w:rtl/>
        </w:rPr>
        <w:t xml:space="preserve">أتحمل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كامل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المسؤولية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القانونية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والإدارية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عن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صحة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هذا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التصريح</w:t>
      </w:r>
      <w:proofErr w:type="spellEnd"/>
      <w:r w:rsidR="00533A4A">
        <w:rPr>
          <w:rFonts w:asciiTheme="majorBidi" w:hAnsiTheme="majorBidi" w:cstheme="majorBidi" w:hint="cs"/>
          <w:sz w:val="40"/>
          <w:szCs w:val="40"/>
          <w:rtl/>
        </w:rPr>
        <w:t>، كما أقر</w:t>
      </w:r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بأنه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في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حالة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ثبوت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عكس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ذلك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،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تحتفظ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الإدارة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بحق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تفعيل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المسطرة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الإدارية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والقانونية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الجاري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بها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العمل</w:t>
      </w:r>
      <w:proofErr w:type="spellEnd"/>
      <w:r w:rsidRPr="00745A98">
        <w:rPr>
          <w:rFonts w:asciiTheme="majorBidi" w:hAnsiTheme="majorBidi" w:cstheme="majorBidi"/>
          <w:sz w:val="40"/>
          <w:szCs w:val="40"/>
        </w:rPr>
        <w:t xml:space="preserve"> </w:t>
      </w:r>
      <w:proofErr w:type="spellStart"/>
      <w:r w:rsidRPr="00745A98">
        <w:rPr>
          <w:rFonts w:asciiTheme="majorBidi" w:hAnsiTheme="majorBidi" w:cstheme="majorBidi"/>
          <w:sz w:val="40"/>
          <w:szCs w:val="40"/>
        </w:rPr>
        <w:t>ضدي</w:t>
      </w:r>
      <w:proofErr w:type="spellEnd"/>
      <w:r>
        <w:rPr>
          <w:rFonts w:asciiTheme="majorBidi" w:hAnsiTheme="majorBidi" w:cstheme="majorBidi" w:hint="cs"/>
          <w:sz w:val="40"/>
          <w:szCs w:val="40"/>
          <w:rtl/>
        </w:rPr>
        <w:t>.</w:t>
      </w:r>
      <w:r w:rsidRPr="00745A98">
        <w:rPr>
          <w:rFonts w:asciiTheme="majorBidi" w:hAnsiTheme="majorBidi" w:cstheme="majorBidi"/>
          <w:sz w:val="40"/>
          <w:szCs w:val="40"/>
        </w:rPr>
        <w:br/>
      </w:r>
    </w:p>
    <w:p w14:paraId="7F2F3BEC" w14:textId="0EA434DB" w:rsidR="00745A98" w:rsidRDefault="00000000" w:rsidP="00445250">
      <w:pPr>
        <w:bidi/>
        <w:ind w:left="-7" w:right="-7"/>
        <w:rPr>
          <w:rFonts w:asciiTheme="majorHAnsi" w:hAnsiTheme="majorHAnsi" w:cstheme="majorHAnsi"/>
          <w:sz w:val="40"/>
          <w:szCs w:val="40"/>
        </w:rPr>
      </w:pPr>
      <w:r w:rsidRPr="007C1507">
        <w:rPr>
          <w:rFonts w:asciiTheme="majorHAnsi" w:hAnsiTheme="majorHAnsi" w:cstheme="majorHAnsi"/>
          <w:sz w:val="40"/>
          <w:szCs w:val="40"/>
        </w:rPr>
        <w:br/>
        <w:t xml:space="preserve">حرر بـــ....................، </w:t>
      </w:r>
      <w:proofErr w:type="spellStart"/>
      <w:proofErr w:type="gramStart"/>
      <w:r w:rsidRPr="007C1507">
        <w:rPr>
          <w:rFonts w:asciiTheme="majorHAnsi" w:hAnsiTheme="majorHAnsi" w:cstheme="majorHAnsi"/>
          <w:sz w:val="40"/>
          <w:szCs w:val="40"/>
        </w:rPr>
        <w:t>في</w:t>
      </w:r>
      <w:proofErr w:type="spellEnd"/>
      <w:r w:rsidR="00200FC7">
        <w:rPr>
          <w:rFonts w:asciiTheme="majorHAnsi" w:hAnsiTheme="majorHAnsi" w:cstheme="majorHAnsi"/>
          <w:sz w:val="40"/>
          <w:szCs w:val="40"/>
        </w:rPr>
        <w:t xml:space="preserve"> </w:t>
      </w:r>
      <w:r w:rsidRPr="007C1507">
        <w:rPr>
          <w:rFonts w:asciiTheme="majorHAnsi" w:hAnsiTheme="majorHAnsi" w:cstheme="majorHAnsi"/>
          <w:sz w:val="40"/>
          <w:szCs w:val="40"/>
        </w:rPr>
        <w:t>:</w:t>
      </w:r>
      <w:proofErr w:type="gramEnd"/>
      <w:r w:rsidRPr="007C1507">
        <w:rPr>
          <w:rFonts w:asciiTheme="majorHAnsi" w:hAnsiTheme="majorHAnsi" w:cstheme="majorHAnsi"/>
          <w:sz w:val="40"/>
          <w:szCs w:val="40"/>
        </w:rPr>
        <w:t xml:space="preserve"> ....../......</w:t>
      </w:r>
      <w:r w:rsidR="00BF1F38" w:rsidRPr="007C1507">
        <w:rPr>
          <w:rFonts w:asciiTheme="majorHAnsi" w:hAnsiTheme="majorHAnsi" w:cstheme="majorHAnsi"/>
          <w:sz w:val="40"/>
          <w:szCs w:val="40"/>
        </w:rPr>
        <w:t xml:space="preserve"> </w:t>
      </w:r>
      <w:r w:rsidR="00200FC7">
        <w:rPr>
          <w:rFonts w:asciiTheme="majorHAnsi" w:hAnsiTheme="majorHAnsi" w:cstheme="majorHAnsi"/>
          <w:sz w:val="40"/>
          <w:szCs w:val="40"/>
        </w:rPr>
        <w:t>202</w:t>
      </w:r>
      <w:r w:rsidR="000515DF">
        <w:rPr>
          <w:rFonts w:asciiTheme="majorHAnsi" w:hAnsiTheme="majorHAnsi" w:cstheme="majorHAnsi"/>
          <w:sz w:val="40"/>
          <w:szCs w:val="40"/>
        </w:rPr>
        <w:t>6</w:t>
      </w:r>
      <w:r w:rsidRPr="007C1507">
        <w:rPr>
          <w:rFonts w:asciiTheme="majorHAnsi" w:hAnsiTheme="majorHAnsi" w:cstheme="majorHAnsi"/>
          <w:sz w:val="40"/>
          <w:szCs w:val="40"/>
        </w:rPr>
        <w:br/>
      </w:r>
    </w:p>
    <w:p w14:paraId="2037F3E8" w14:textId="18BF5511" w:rsidR="001D39D8" w:rsidRDefault="00200FC7" w:rsidP="00745A98">
      <w:pPr>
        <w:bidi/>
        <w:ind w:left="-7" w:right="-7"/>
      </w:pPr>
      <w:r>
        <w:rPr>
          <w:rFonts w:asciiTheme="majorHAnsi" w:hAnsiTheme="majorHAnsi" w:cstheme="majorHAnsi" w:hint="cs"/>
          <w:sz w:val="40"/>
          <w:szCs w:val="40"/>
          <w:rtl/>
        </w:rPr>
        <w:t>التوقيع</w:t>
      </w:r>
      <w:r w:rsidRPr="007C1507">
        <w:rPr>
          <w:rFonts w:asciiTheme="majorHAnsi" w:hAnsiTheme="majorHAnsi" w:cstheme="majorHAnsi"/>
          <w:sz w:val="40"/>
          <w:szCs w:val="40"/>
        </w:rPr>
        <w:br/>
      </w:r>
    </w:p>
    <w:sectPr w:rsidR="001D39D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3893644">
    <w:abstractNumId w:val="8"/>
  </w:num>
  <w:num w:numId="2" w16cid:durableId="2146308366">
    <w:abstractNumId w:val="6"/>
  </w:num>
  <w:num w:numId="3" w16cid:durableId="1267687890">
    <w:abstractNumId w:val="5"/>
  </w:num>
  <w:num w:numId="4" w16cid:durableId="465508387">
    <w:abstractNumId w:val="4"/>
  </w:num>
  <w:num w:numId="5" w16cid:durableId="1383099469">
    <w:abstractNumId w:val="7"/>
  </w:num>
  <w:num w:numId="6" w16cid:durableId="731346737">
    <w:abstractNumId w:val="3"/>
  </w:num>
  <w:num w:numId="7" w16cid:durableId="1446345188">
    <w:abstractNumId w:val="2"/>
  </w:num>
  <w:num w:numId="8" w16cid:durableId="1746412247">
    <w:abstractNumId w:val="1"/>
  </w:num>
  <w:num w:numId="9" w16cid:durableId="197802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5DF"/>
    <w:rsid w:val="0006063C"/>
    <w:rsid w:val="0015074B"/>
    <w:rsid w:val="001D39D8"/>
    <w:rsid w:val="00200FC7"/>
    <w:rsid w:val="00245541"/>
    <w:rsid w:val="0029639D"/>
    <w:rsid w:val="00326F90"/>
    <w:rsid w:val="00445250"/>
    <w:rsid w:val="00523793"/>
    <w:rsid w:val="00533A4A"/>
    <w:rsid w:val="00745A98"/>
    <w:rsid w:val="007C1507"/>
    <w:rsid w:val="00A47AF5"/>
    <w:rsid w:val="00AA1D8D"/>
    <w:rsid w:val="00AC582F"/>
    <w:rsid w:val="00B47730"/>
    <w:rsid w:val="00B63FAE"/>
    <w:rsid w:val="00BF1F3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7AB138"/>
  <w14:defaultImageDpi w14:val="300"/>
  <w15:docId w15:val="{EB95D445-C9C4-4BF2-9806-A60D61C0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28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745A9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45A9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45A9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45A9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45A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PC</cp:lastModifiedBy>
  <cp:revision>2</cp:revision>
  <cp:lastPrinted>2025-11-11T08:43:00Z</cp:lastPrinted>
  <dcterms:created xsi:type="dcterms:W3CDTF">2026-09-04T14:26:00Z</dcterms:created>
  <dcterms:modified xsi:type="dcterms:W3CDTF">2026-09-04T14:26:00Z</dcterms:modified>
  <cp:category/>
</cp:coreProperties>
</file>